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49AE7" w14:textId="56DDCBB8" w:rsidR="00D45108" w:rsidRDefault="004B1E15" w:rsidP="00D45108">
      <w:pPr>
        <w:pStyle w:val="Nadpis1"/>
        <w:ind w:right="43"/>
        <w:jc w:val="center"/>
        <w:rPr>
          <w:color w:val="E66E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5DD3C05" wp14:editId="1FC87CB4">
            <wp:simplePos x="0" y="0"/>
            <wp:positionH relativeFrom="column">
              <wp:posOffset>4095750</wp:posOffset>
            </wp:positionH>
            <wp:positionV relativeFrom="paragraph">
              <wp:posOffset>-524510</wp:posOffset>
            </wp:positionV>
            <wp:extent cx="2651760" cy="986771"/>
            <wp:effectExtent l="0" t="0" r="0" b="4445"/>
            <wp:wrapNone/>
            <wp:docPr id="119031245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12459" name="Obrázek 119031245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9867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EC45FE" w14:textId="76E59F13" w:rsidR="008F1223" w:rsidRPr="00D45108" w:rsidRDefault="00000000" w:rsidP="00D45108">
      <w:pPr>
        <w:pStyle w:val="Nadpis1"/>
        <w:ind w:right="43"/>
        <w:jc w:val="center"/>
        <w:rPr>
          <w:sz w:val="40"/>
          <w:szCs w:val="40"/>
        </w:rPr>
      </w:pPr>
      <w:r w:rsidRPr="00D45108">
        <w:rPr>
          <w:color w:val="E66E00"/>
          <w:sz w:val="40"/>
          <w:szCs w:val="40"/>
        </w:rPr>
        <w:t>REKLAMAČNÍ PROTOKOL</w:t>
      </w:r>
    </w:p>
    <w:p w14:paraId="36460F58" w14:textId="00A39AE7" w:rsidR="008F1223" w:rsidRPr="00EB096B" w:rsidRDefault="00000000">
      <w:pPr>
        <w:rPr>
          <w:b/>
          <w:bCs/>
          <w:sz w:val="28"/>
          <w:szCs w:val="28"/>
        </w:rPr>
      </w:pPr>
      <w:proofErr w:type="spellStart"/>
      <w:r w:rsidRPr="00D45108">
        <w:rPr>
          <w:sz w:val="28"/>
          <w:szCs w:val="28"/>
        </w:rPr>
        <w:t>Vyplněný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reklamační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protokol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přiložte</w:t>
      </w:r>
      <w:proofErr w:type="spellEnd"/>
      <w:r w:rsidRPr="00D45108">
        <w:rPr>
          <w:sz w:val="28"/>
          <w:szCs w:val="28"/>
        </w:rPr>
        <w:t xml:space="preserve"> k </w:t>
      </w:r>
      <w:proofErr w:type="spellStart"/>
      <w:r w:rsidRPr="00D45108">
        <w:rPr>
          <w:sz w:val="28"/>
          <w:szCs w:val="28"/>
        </w:rPr>
        <w:t>zásilce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jej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předejte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osobně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společně</w:t>
      </w:r>
      <w:proofErr w:type="spellEnd"/>
      <w:r w:rsidRPr="00D45108">
        <w:rPr>
          <w:sz w:val="28"/>
          <w:szCs w:val="28"/>
        </w:rPr>
        <w:t xml:space="preserve"> </w:t>
      </w:r>
      <w:r w:rsidR="00EB096B">
        <w:rPr>
          <w:sz w:val="28"/>
          <w:szCs w:val="28"/>
        </w:rPr>
        <w:t xml:space="preserve">            </w:t>
      </w:r>
      <w:r w:rsidRPr="00D45108">
        <w:rPr>
          <w:sz w:val="28"/>
          <w:szCs w:val="28"/>
        </w:rPr>
        <w:t xml:space="preserve">s </w:t>
      </w:r>
      <w:proofErr w:type="spellStart"/>
      <w:r w:rsidRPr="00D45108">
        <w:rPr>
          <w:sz w:val="28"/>
          <w:szCs w:val="28"/>
        </w:rPr>
        <w:t>kopií</w:t>
      </w:r>
      <w:proofErr w:type="spellEnd"/>
      <w:r w:rsidRPr="00D45108">
        <w:rPr>
          <w:sz w:val="28"/>
          <w:szCs w:val="28"/>
        </w:rPr>
        <w:t xml:space="preserve"> dokladu o </w:t>
      </w:r>
      <w:proofErr w:type="spellStart"/>
      <w:r w:rsidRPr="00D45108">
        <w:rPr>
          <w:sz w:val="28"/>
          <w:szCs w:val="28"/>
        </w:rPr>
        <w:t>koupi</w:t>
      </w:r>
      <w:proofErr w:type="spellEnd"/>
      <w:r w:rsidR="00EB096B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na</w:t>
      </w:r>
      <w:proofErr w:type="spellEnd"/>
      <w:r w:rsidR="00EB096B">
        <w:rPr>
          <w:sz w:val="28"/>
          <w:szCs w:val="28"/>
        </w:rPr>
        <w:t xml:space="preserve"> </w:t>
      </w:r>
      <w:proofErr w:type="spellStart"/>
      <w:r w:rsidR="00EB096B">
        <w:rPr>
          <w:sz w:val="28"/>
          <w:szCs w:val="28"/>
        </w:rPr>
        <w:t>adresu</w:t>
      </w:r>
      <w:proofErr w:type="spellEnd"/>
      <w:r w:rsidR="00EB096B">
        <w:rPr>
          <w:sz w:val="28"/>
          <w:szCs w:val="28"/>
        </w:rPr>
        <w:t xml:space="preserve">: </w:t>
      </w:r>
      <w:r w:rsidR="00EB096B" w:rsidRPr="00EB096B">
        <w:rPr>
          <w:b/>
          <w:bCs/>
          <w:sz w:val="28"/>
          <w:szCs w:val="28"/>
        </w:rPr>
        <w:t xml:space="preserve">Solight Holding </w:t>
      </w:r>
      <w:proofErr w:type="spellStart"/>
      <w:r w:rsidR="00EB096B" w:rsidRPr="00EB096B">
        <w:rPr>
          <w:b/>
          <w:bCs/>
          <w:sz w:val="28"/>
          <w:szCs w:val="28"/>
        </w:rPr>
        <w:t>s.r.o.</w:t>
      </w:r>
      <w:proofErr w:type="spellEnd"/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A617D1">
        <w:rPr>
          <w:b/>
          <w:bCs/>
          <w:sz w:val="28"/>
          <w:szCs w:val="28"/>
        </w:rPr>
        <w:t>Brněnská</w:t>
      </w:r>
      <w:proofErr w:type="spellEnd"/>
      <w:r w:rsidR="00A617D1">
        <w:rPr>
          <w:b/>
          <w:bCs/>
          <w:sz w:val="28"/>
          <w:szCs w:val="28"/>
        </w:rPr>
        <w:t xml:space="preserve"> 4</w:t>
      </w:r>
      <w:r w:rsidR="004B1E15">
        <w:rPr>
          <w:b/>
          <w:bCs/>
          <w:sz w:val="28"/>
          <w:szCs w:val="28"/>
        </w:rPr>
        <w:t>822/83</w:t>
      </w:r>
      <w:r w:rsidR="00EB096B" w:rsidRPr="00EB096B">
        <w:rPr>
          <w:b/>
          <w:bCs/>
          <w:sz w:val="28"/>
          <w:szCs w:val="28"/>
        </w:rPr>
        <w:t>, 796 0</w:t>
      </w:r>
      <w:r w:rsidR="00A617D1">
        <w:rPr>
          <w:b/>
          <w:bCs/>
          <w:sz w:val="28"/>
          <w:szCs w:val="28"/>
        </w:rPr>
        <w:t>1</w:t>
      </w:r>
      <w:r w:rsidR="00EB096B" w:rsidRPr="00EB096B">
        <w:rPr>
          <w:b/>
          <w:bCs/>
          <w:sz w:val="28"/>
          <w:szCs w:val="28"/>
        </w:rPr>
        <w:t xml:space="preserve"> </w:t>
      </w:r>
      <w:proofErr w:type="spellStart"/>
      <w:r w:rsidR="00EB096B" w:rsidRPr="00EB096B">
        <w:rPr>
          <w:b/>
          <w:bCs/>
          <w:sz w:val="28"/>
          <w:szCs w:val="28"/>
        </w:rPr>
        <w:t>Prostějov</w:t>
      </w:r>
      <w:proofErr w:type="spellEnd"/>
      <w:r w:rsidR="00EB096B" w:rsidRPr="00EB096B">
        <w:rPr>
          <w:b/>
          <w:bCs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8F1223" w:rsidRPr="00D45108" w14:paraId="611D61E9" w14:textId="77777777" w:rsidTr="00D45108">
        <w:trPr>
          <w:jc w:val="center"/>
        </w:trPr>
        <w:tc>
          <w:tcPr>
            <w:tcW w:w="4320" w:type="dxa"/>
          </w:tcPr>
          <w:p w14:paraId="38C7764A" w14:textId="67383870" w:rsidR="008F1223" w:rsidRPr="00D45108" w:rsidRDefault="00000000">
            <w:pPr>
              <w:rPr>
                <w:sz w:val="32"/>
                <w:szCs w:val="32"/>
              </w:rPr>
            </w:pPr>
            <w:proofErr w:type="spellStart"/>
            <w:r w:rsidRPr="00D45108">
              <w:rPr>
                <w:sz w:val="28"/>
                <w:szCs w:val="28"/>
              </w:rPr>
              <w:t>Reklamovaný</w:t>
            </w:r>
            <w:proofErr w:type="spellEnd"/>
            <w:r w:rsidRPr="00D45108">
              <w:rPr>
                <w:sz w:val="28"/>
                <w:szCs w:val="28"/>
              </w:rPr>
              <w:t xml:space="preserve"> </w:t>
            </w:r>
            <w:r w:rsidR="00D45108" w:rsidRPr="00D45108">
              <w:rPr>
                <w:sz w:val="28"/>
                <w:szCs w:val="28"/>
              </w:rPr>
              <w:t>produkt:</w:t>
            </w:r>
          </w:p>
        </w:tc>
        <w:tc>
          <w:tcPr>
            <w:tcW w:w="4320" w:type="dxa"/>
          </w:tcPr>
          <w:p w14:paraId="5711CE1F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6A3C7C8" w14:textId="77777777" w:rsidTr="00D45108">
        <w:trPr>
          <w:jc w:val="center"/>
        </w:trPr>
        <w:tc>
          <w:tcPr>
            <w:tcW w:w="4320" w:type="dxa"/>
          </w:tcPr>
          <w:p w14:paraId="3F422201" w14:textId="6B67D66F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 xml:space="preserve">Číslo </w:t>
            </w:r>
            <w:proofErr w:type="spellStart"/>
            <w:r w:rsidRPr="00D45108">
              <w:rPr>
                <w:sz w:val="28"/>
                <w:szCs w:val="28"/>
              </w:rPr>
              <w:t>nákupního</w:t>
            </w:r>
            <w:proofErr w:type="spellEnd"/>
            <w:r w:rsidRPr="00D45108">
              <w:rPr>
                <w:sz w:val="28"/>
                <w:szCs w:val="28"/>
              </w:rPr>
              <w:t xml:space="preserve"> dokladu</w:t>
            </w:r>
            <w:r w:rsidR="00EB096B">
              <w:rPr>
                <w:sz w:val="28"/>
                <w:szCs w:val="28"/>
              </w:rPr>
              <w:t xml:space="preserve"> </w:t>
            </w:r>
            <w:r w:rsidR="00EB096B" w:rsidRPr="00EB096B">
              <w:t xml:space="preserve">(faktura, </w:t>
            </w:r>
            <w:proofErr w:type="spellStart"/>
            <w:r w:rsidR="00EB096B" w:rsidRPr="00EB096B">
              <w:t>dodací</w:t>
            </w:r>
            <w:proofErr w:type="spellEnd"/>
            <w:r w:rsidR="00EB096B" w:rsidRPr="00EB096B">
              <w:t xml:space="preserve"> list </w:t>
            </w:r>
            <w:proofErr w:type="spellStart"/>
            <w:r w:rsidR="00EB096B" w:rsidRPr="00EB096B">
              <w:t>apod</w:t>
            </w:r>
            <w:proofErr w:type="spellEnd"/>
            <w:r w:rsidR="00EB096B" w:rsidRPr="00EB096B">
              <w:t>.)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671F4B97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2233D233" w14:textId="77777777" w:rsidTr="00D45108">
        <w:trPr>
          <w:jc w:val="center"/>
        </w:trPr>
        <w:tc>
          <w:tcPr>
            <w:tcW w:w="4320" w:type="dxa"/>
          </w:tcPr>
          <w:p w14:paraId="44341B06" w14:textId="7DE794B7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Jméno a příjmení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1DFD871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3D67E7AB" w14:textId="77777777" w:rsidTr="00D45108">
        <w:trPr>
          <w:jc w:val="center"/>
        </w:trPr>
        <w:tc>
          <w:tcPr>
            <w:tcW w:w="4320" w:type="dxa"/>
          </w:tcPr>
          <w:p w14:paraId="3913B064" w14:textId="38412E96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Adresa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4362B934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49E1D9F7" w14:textId="77777777" w:rsidTr="00D45108">
        <w:trPr>
          <w:jc w:val="center"/>
        </w:trPr>
        <w:tc>
          <w:tcPr>
            <w:tcW w:w="4320" w:type="dxa"/>
          </w:tcPr>
          <w:p w14:paraId="562F548D" w14:textId="37A4FEF1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Telefon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70CB7F5C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  <w:tr w:rsidR="008F1223" w:rsidRPr="00D45108" w14:paraId="77A6AC2A" w14:textId="77777777" w:rsidTr="00D45108">
        <w:trPr>
          <w:jc w:val="center"/>
        </w:trPr>
        <w:tc>
          <w:tcPr>
            <w:tcW w:w="4320" w:type="dxa"/>
          </w:tcPr>
          <w:p w14:paraId="7873C825" w14:textId="4FD54435" w:rsidR="008F1223" w:rsidRPr="00D45108" w:rsidRDefault="00000000">
            <w:pPr>
              <w:rPr>
                <w:sz w:val="32"/>
                <w:szCs w:val="32"/>
              </w:rPr>
            </w:pPr>
            <w:r w:rsidRPr="00D45108">
              <w:rPr>
                <w:sz w:val="28"/>
                <w:szCs w:val="28"/>
              </w:rPr>
              <w:t>E-mail</w:t>
            </w:r>
            <w:r w:rsidR="00D45108" w:rsidRPr="00D45108">
              <w:rPr>
                <w:sz w:val="28"/>
                <w:szCs w:val="28"/>
              </w:rPr>
              <w:t>:</w:t>
            </w:r>
          </w:p>
        </w:tc>
        <w:tc>
          <w:tcPr>
            <w:tcW w:w="4320" w:type="dxa"/>
          </w:tcPr>
          <w:p w14:paraId="0CD23778" w14:textId="77777777" w:rsidR="008F1223" w:rsidRPr="00D45108" w:rsidRDefault="008F1223">
            <w:pPr>
              <w:rPr>
                <w:sz w:val="32"/>
                <w:szCs w:val="32"/>
              </w:rPr>
            </w:pPr>
          </w:p>
        </w:tc>
      </w:tr>
    </w:tbl>
    <w:p w14:paraId="5027C297" w14:textId="332D169E" w:rsidR="008F1223" w:rsidRPr="00D45108" w:rsidRDefault="00000000" w:rsidP="00D45108">
      <w:pPr>
        <w:pStyle w:val="Nadpis2"/>
        <w:rPr>
          <w:color w:val="auto"/>
          <w:sz w:val="28"/>
          <w:szCs w:val="28"/>
        </w:rPr>
      </w:pPr>
      <w:proofErr w:type="spellStart"/>
      <w:r w:rsidRPr="00D45108">
        <w:rPr>
          <w:color w:val="auto"/>
          <w:sz w:val="28"/>
          <w:szCs w:val="28"/>
        </w:rPr>
        <w:t>Popis</w:t>
      </w:r>
      <w:proofErr w:type="spellEnd"/>
      <w:r w:rsidRPr="00D45108">
        <w:rPr>
          <w:color w:val="auto"/>
          <w:sz w:val="28"/>
          <w:szCs w:val="28"/>
        </w:rPr>
        <w:t xml:space="preserve"> </w:t>
      </w:r>
      <w:proofErr w:type="spellStart"/>
      <w:r w:rsidRPr="00D45108">
        <w:rPr>
          <w:color w:val="auto"/>
          <w:sz w:val="28"/>
          <w:szCs w:val="28"/>
        </w:rPr>
        <w:t>závady</w:t>
      </w:r>
      <w:proofErr w:type="spellEnd"/>
      <w:r w:rsidR="00D45108" w:rsidRPr="00D45108">
        <w:rPr>
          <w:color w:val="auto"/>
          <w:sz w:val="28"/>
          <w:szCs w:val="28"/>
        </w:rPr>
        <w:t xml:space="preserve">: </w:t>
      </w:r>
    </w:p>
    <w:p w14:paraId="031D6AAC" w14:textId="2C24DEC8" w:rsidR="00D45108" w:rsidRPr="00D45108" w:rsidRDefault="00D45108" w:rsidP="00D45108">
      <w:r>
        <w:br/>
        <w:t>__________________________________________________________________________________________________________________________________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16"/>
      </w:tblGrid>
      <w:tr w:rsidR="008F1223" w14:paraId="4281235F" w14:textId="77777777" w:rsidTr="00D45108">
        <w:tc>
          <w:tcPr>
            <w:tcW w:w="10816" w:type="dxa"/>
          </w:tcPr>
          <w:p w14:paraId="2060F419" w14:textId="0F18C281" w:rsidR="008F1223" w:rsidRDefault="00D45108">
            <w:r>
              <w:t>__________________________________________________________________________________________________________________________________</w:t>
            </w:r>
          </w:p>
        </w:tc>
      </w:tr>
    </w:tbl>
    <w:p w14:paraId="700A9FD4" w14:textId="22D57F45" w:rsidR="00D45108" w:rsidRPr="00D45108" w:rsidRDefault="00D45108" w:rsidP="00D45108">
      <w:pPr>
        <w:rPr>
          <w:sz w:val="28"/>
          <w:szCs w:val="28"/>
        </w:rPr>
      </w:pPr>
      <w:r>
        <w:rPr>
          <w:sz w:val="28"/>
          <w:szCs w:val="28"/>
        </w:rPr>
        <w:br/>
      </w:r>
      <w:proofErr w:type="spellStart"/>
      <w:r w:rsidRPr="00D45108">
        <w:rPr>
          <w:sz w:val="28"/>
          <w:szCs w:val="28"/>
        </w:rPr>
        <w:t>Reklamována</w:t>
      </w:r>
      <w:proofErr w:type="spellEnd"/>
      <w:r w:rsidRPr="00D45108">
        <w:rPr>
          <w:sz w:val="28"/>
          <w:szCs w:val="28"/>
        </w:rPr>
        <w:t xml:space="preserve"> je </w:t>
      </w:r>
      <w:proofErr w:type="spellStart"/>
      <w:r w:rsidRPr="00D45108">
        <w:rPr>
          <w:sz w:val="28"/>
          <w:szCs w:val="28"/>
        </w:rPr>
        <w:t>pouze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nebo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?</w:t>
      </w:r>
      <w:r>
        <w:rPr>
          <w:sz w:val="28"/>
          <w:szCs w:val="28"/>
        </w:rPr>
        <w:t xml:space="preserve">               </w:t>
      </w:r>
      <w:sdt>
        <w:sdtPr>
          <w:rPr>
            <w:sz w:val="28"/>
            <w:szCs w:val="28"/>
          </w:rPr>
          <w:id w:val="2010554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ANO      </w:t>
      </w:r>
      <w:sdt>
        <w:sdtPr>
          <w:rPr>
            <w:sz w:val="28"/>
            <w:szCs w:val="28"/>
          </w:rPr>
          <w:id w:val="-21252230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2F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45108">
        <w:rPr>
          <w:sz w:val="28"/>
          <w:szCs w:val="28"/>
        </w:rPr>
        <w:t xml:space="preserve"> NE</w:t>
      </w:r>
    </w:p>
    <w:p w14:paraId="08066468" w14:textId="39CC2236" w:rsidR="008F1223" w:rsidRPr="00D45108" w:rsidRDefault="00000000">
      <w:pPr>
        <w:rPr>
          <w:sz w:val="28"/>
          <w:szCs w:val="28"/>
        </w:rPr>
      </w:pPr>
      <w:proofErr w:type="spellStart"/>
      <w:r w:rsidRPr="00D45108">
        <w:rPr>
          <w:sz w:val="28"/>
          <w:szCs w:val="28"/>
        </w:rPr>
        <w:t>Pokud</w:t>
      </w:r>
      <w:proofErr w:type="spellEnd"/>
      <w:r w:rsidRPr="00D45108">
        <w:rPr>
          <w:sz w:val="28"/>
          <w:szCs w:val="28"/>
        </w:rPr>
        <w:t xml:space="preserve"> </w:t>
      </w:r>
      <w:r w:rsidR="003853F3">
        <w:rPr>
          <w:sz w:val="28"/>
          <w:szCs w:val="28"/>
        </w:rPr>
        <w:t>ANO</w:t>
      </w:r>
      <w:r w:rsidRPr="00D45108">
        <w:rPr>
          <w:sz w:val="28"/>
          <w:szCs w:val="28"/>
        </w:rPr>
        <w:t xml:space="preserve">, </w:t>
      </w:r>
      <w:proofErr w:type="spellStart"/>
      <w:r w:rsidRPr="00D45108">
        <w:rPr>
          <w:sz w:val="28"/>
          <w:szCs w:val="28"/>
        </w:rPr>
        <w:t>uveďte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jaká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část</w:t>
      </w:r>
      <w:proofErr w:type="spellEnd"/>
      <w:r w:rsidR="003853F3">
        <w:rPr>
          <w:sz w:val="28"/>
          <w:szCs w:val="28"/>
        </w:rPr>
        <w:t xml:space="preserve"> </w:t>
      </w:r>
      <w:proofErr w:type="spellStart"/>
      <w:r w:rsidR="003853F3">
        <w:rPr>
          <w:sz w:val="28"/>
          <w:szCs w:val="28"/>
        </w:rPr>
        <w:t>produktu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nebo</w:t>
      </w:r>
      <w:proofErr w:type="spellEnd"/>
      <w:r w:rsidRPr="00D45108">
        <w:rPr>
          <w:sz w:val="28"/>
          <w:szCs w:val="28"/>
        </w:rPr>
        <w:t xml:space="preserve"> </w:t>
      </w:r>
      <w:proofErr w:type="spellStart"/>
      <w:r w:rsidRPr="00D45108">
        <w:rPr>
          <w:sz w:val="28"/>
          <w:szCs w:val="28"/>
        </w:rPr>
        <w:t>příslušenství</w:t>
      </w:r>
      <w:proofErr w:type="spellEnd"/>
      <w:r w:rsidRPr="00D45108">
        <w:rPr>
          <w:sz w:val="28"/>
          <w:szCs w:val="28"/>
        </w:rPr>
        <w:t>:</w:t>
      </w:r>
    </w:p>
    <w:p w14:paraId="7846AC3D" w14:textId="4FEBD5AF" w:rsidR="008F1223" w:rsidRDefault="00000000">
      <w:r>
        <w:t>________________________________________________________</w:t>
      </w:r>
      <w:r w:rsidR="00D45108">
        <w:t>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8F1223" w14:paraId="23744630" w14:textId="77777777">
        <w:tc>
          <w:tcPr>
            <w:tcW w:w="4320" w:type="dxa"/>
          </w:tcPr>
          <w:p w14:paraId="4A4AA4C8" w14:textId="15EE1925" w:rsidR="008F1223" w:rsidRPr="00D45108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r w:rsidRPr="00D45108">
              <w:rPr>
                <w:sz w:val="28"/>
                <w:szCs w:val="28"/>
              </w:rPr>
              <w:t>Datum: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</w:t>
            </w:r>
            <w:r w:rsidR="00EB096B">
              <w:rPr>
                <w:sz w:val="28"/>
                <w:szCs w:val="28"/>
              </w:rPr>
              <w:t xml:space="preserve">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</w:t>
            </w:r>
          </w:p>
        </w:tc>
        <w:tc>
          <w:tcPr>
            <w:tcW w:w="4320" w:type="dxa"/>
          </w:tcPr>
          <w:p w14:paraId="2CA079FA" w14:textId="6A47690B" w:rsidR="008F1223" w:rsidRPr="00D45108" w:rsidRDefault="003853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  <w:proofErr w:type="spellStart"/>
            <w:r w:rsidRPr="00D45108">
              <w:rPr>
                <w:sz w:val="28"/>
                <w:szCs w:val="28"/>
              </w:rPr>
              <w:t>Podpis</w:t>
            </w:r>
            <w:proofErr w:type="spellEnd"/>
            <w:r w:rsidRPr="00D45108">
              <w:rPr>
                <w:sz w:val="28"/>
                <w:szCs w:val="28"/>
              </w:rPr>
              <w:t>:</w:t>
            </w:r>
            <w:r w:rsidRPr="00D45108">
              <w:rPr>
                <w:sz w:val="28"/>
                <w:szCs w:val="28"/>
              </w:rPr>
              <w:br/>
            </w:r>
            <w:r w:rsidR="00D635B1">
              <w:rPr>
                <w:sz w:val="28"/>
                <w:szCs w:val="28"/>
              </w:rPr>
              <w:t xml:space="preserve">                    </w:t>
            </w:r>
            <w:r w:rsidR="00EB096B">
              <w:rPr>
                <w:sz w:val="28"/>
                <w:szCs w:val="28"/>
              </w:rPr>
              <w:t xml:space="preserve">        </w:t>
            </w:r>
            <w:r w:rsidRPr="00D45108">
              <w:rPr>
                <w:sz w:val="28"/>
                <w:szCs w:val="28"/>
              </w:rPr>
              <w:t>__________________</w:t>
            </w:r>
            <w:r w:rsidR="00EB096B">
              <w:rPr>
                <w:sz w:val="28"/>
                <w:szCs w:val="28"/>
              </w:rPr>
              <w:t>____</w:t>
            </w:r>
          </w:p>
        </w:tc>
      </w:tr>
    </w:tbl>
    <w:p w14:paraId="3EB55529" w14:textId="77777777" w:rsidR="008854C9" w:rsidRDefault="008854C9" w:rsidP="00EB096B"/>
    <w:sectPr w:rsidR="008854C9" w:rsidSect="00EB096B">
      <w:headerReference w:type="default" r:id="rId9"/>
      <w:pgSz w:w="12240" w:h="15840"/>
      <w:pgMar w:top="1134" w:right="758" w:bottom="28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F0A34" w14:textId="77777777" w:rsidR="001A5904" w:rsidRDefault="001A5904">
      <w:pPr>
        <w:spacing w:after="0" w:line="240" w:lineRule="auto"/>
      </w:pPr>
      <w:r>
        <w:separator/>
      </w:r>
    </w:p>
  </w:endnote>
  <w:endnote w:type="continuationSeparator" w:id="0">
    <w:p w14:paraId="0765079C" w14:textId="77777777" w:rsidR="001A5904" w:rsidRDefault="001A5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583A5" w14:textId="77777777" w:rsidR="001A5904" w:rsidRDefault="001A5904">
      <w:pPr>
        <w:spacing w:after="0" w:line="240" w:lineRule="auto"/>
      </w:pPr>
      <w:r>
        <w:separator/>
      </w:r>
    </w:p>
  </w:footnote>
  <w:footnote w:type="continuationSeparator" w:id="0">
    <w:p w14:paraId="517690FC" w14:textId="77777777" w:rsidR="001A5904" w:rsidRDefault="001A5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D8FF" w14:textId="77777777" w:rsidR="008F1223" w:rsidRDefault="00000000">
    <w:pPr>
      <w:pStyle w:val="Zhlav"/>
    </w:pPr>
    <w:r>
      <w:rPr>
        <w:noProof/>
      </w:rPr>
      <w:drawing>
        <wp:inline distT="0" distB="0" distL="0" distR="0" wp14:anchorId="467AAB23" wp14:editId="6B044377">
          <wp:extent cx="1620000" cy="368531"/>
          <wp:effectExtent l="0" t="0" r="0" b="0"/>
          <wp:docPr id="65892093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ight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20000" cy="3685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6758467">
    <w:abstractNumId w:val="8"/>
  </w:num>
  <w:num w:numId="2" w16cid:durableId="161700403">
    <w:abstractNumId w:val="6"/>
  </w:num>
  <w:num w:numId="3" w16cid:durableId="1752503991">
    <w:abstractNumId w:val="5"/>
  </w:num>
  <w:num w:numId="4" w16cid:durableId="154348787">
    <w:abstractNumId w:val="4"/>
  </w:num>
  <w:num w:numId="5" w16cid:durableId="806125193">
    <w:abstractNumId w:val="7"/>
  </w:num>
  <w:num w:numId="6" w16cid:durableId="421953262">
    <w:abstractNumId w:val="3"/>
  </w:num>
  <w:num w:numId="7" w16cid:durableId="2024284852">
    <w:abstractNumId w:val="2"/>
  </w:num>
  <w:num w:numId="8" w16cid:durableId="11541026">
    <w:abstractNumId w:val="1"/>
  </w:num>
  <w:num w:numId="9" w16cid:durableId="1745688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CD5"/>
    <w:rsid w:val="00034616"/>
    <w:rsid w:val="0006063C"/>
    <w:rsid w:val="0015074B"/>
    <w:rsid w:val="001A5904"/>
    <w:rsid w:val="0029639D"/>
    <w:rsid w:val="00326F90"/>
    <w:rsid w:val="003853F3"/>
    <w:rsid w:val="003C52F3"/>
    <w:rsid w:val="004764A0"/>
    <w:rsid w:val="004B1E15"/>
    <w:rsid w:val="004C2377"/>
    <w:rsid w:val="00647BAF"/>
    <w:rsid w:val="007B137B"/>
    <w:rsid w:val="008854C9"/>
    <w:rsid w:val="008F1223"/>
    <w:rsid w:val="009A2C5C"/>
    <w:rsid w:val="009F32FF"/>
    <w:rsid w:val="00A617D1"/>
    <w:rsid w:val="00AA1D8D"/>
    <w:rsid w:val="00B47730"/>
    <w:rsid w:val="00B542BE"/>
    <w:rsid w:val="00BB6131"/>
    <w:rsid w:val="00CB0664"/>
    <w:rsid w:val="00D45108"/>
    <w:rsid w:val="00D635B1"/>
    <w:rsid w:val="00D9643C"/>
    <w:rsid w:val="00E5548C"/>
    <w:rsid w:val="00E6034F"/>
    <w:rsid w:val="00EB096B"/>
    <w:rsid w:val="00F23F4D"/>
    <w:rsid w:val="00FC693F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5C60F"/>
  <w14:defaultImageDpi w14:val="330"/>
  <w15:docId w15:val="{A45DD0E2-346C-4B5C-94C1-B3B0973A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866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Kňava Ondřej</cp:lastModifiedBy>
  <cp:revision>2</cp:revision>
  <dcterms:created xsi:type="dcterms:W3CDTF">2026-10-19T13:34:00Z</dcterms:created>
  <dcterms:modified xsi:type="dcterms:W3CDTF">2026-10-19T13:34:00Z</dcterms:modified>
  <cp:category/>
</cp:coreProperties>
</file>